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44796A" w14:textId="77777777" w:rsidR="0086263F" w:rsidRPr="00590BA6" w:rsidRDefault="0030598D">
      <w:pPr>
        <w:pStyle w:val="Tytu"/>
        <w:rPr>
          <w:sz w:val="36"/>
          <w:szCs w:val="36"/>
        </w:rPr>
      </w:pPr>
      <w:bookmarkStart w:id="0" w:name="_GoBack"/>
      <w:bookmarkEnd w:id="0"/>
      <w:r w:rsidRPr="00590BA6">
        <w:rPr>
          <w:sz w:val="36"/>
          <w:szCs w:val="36"/>
        </w:rPr>
        <w:t>WNIOSEK O PRZYZNANIE MINIGRANTU WOLONTARIACKIEGO</w:t>
      </w:r>
    </w:p>
    <w:p w14:paraId="19F2BBC4" w14:textId="77777777" w:rsidR="0086263F" w:rsidRDefault="0030598D">
      <w:pPr>
        <w:pStyle w:val="Podtytu"/>
      </w:pPr>
      <w:r>
        <w:t>Program „Radość dawania” – Związek Dużych Rodzin „Trzy Plus” Oddział Wielkopolski (2025)</w:t>
      </w:r>
    </w:p>
    <w:p w14:paraId="101A032E" w14:textId="77777777" w:rsidR="0030598D" w:rsidRPr="0030598D" w:rsidRDefault="0030598D" w:rsidP="0030598D">
      <w:pPr>
        <w:pStyle w:val="Nagwek2"/>
        <w:rPr>
          <w:color w:val="auto"/>
        </w:rPr>
      </w:pPr>
      <w:r>
        <w:t xml:space="preserve">1. </w:t>
      </w:r>
      <w:proofErr w:type="spellStart"/>
      <w:r>
        <w:t>Nazwa</w:t>
      </w:r>
      <w:proofErr w:type="spellEnd"/>
      <w:r>
        <w:t xml:space="preserve"> </w:t>
      </w:r>
      <w:proofErr w:type="spellStart"/>
      <w:r>
        <w:t>wnioskodawcy</w:t>
      </w:r>
      <w:proofErr w:type="spellEnd"/>
      <w:r>
        <w:t xml:space="preserve">   </w:t>
      </w:r>
      <w:r w:rsidRPr="0030598D">
        <w:rPr>
          <w:b w:val="0"/>
          <w:color w:val="auto"/>
          <w:sz w:val="24"/>
          <w:szCs w:val="24"/>
        </w:rPr>
        <w:t>(</w:t>
      </w:r>
      <w:proofErr w:type="spellStart"/>
      <w:r w:rsidRPr="0030598D">
        <w:rPr>
          <w:b w:val="0"/>
          <w:color w:val="auto"/>
          <w:sz w:val="24"/>
          <w:szCs w:val="24"/>
        </w:rPr>
        <w:t>Koło</w:t>
      </w:r>
      <w:proofErr w:type="spellEnd"/>
      <w:r w:rsidRPr="0030598D">
        <w:rPr>
          <w:b w:val="0"/>
          <w:color w:val="auto"/>
          <w:sz w:val="24"/>
          <w:szCs w:val="24"/>
        </w:rPr>
        <w:t xml:space="preserve"> ZDR 3 Plus, </w:t>
      </w:r>
      <w:proofErr w:type="spellStart"/>
      <w:r w:rsidRPr="0030598D">
        <w:rPr>
          <w:b w:val="0"/>
          <w:color w:val="auto"/>
          <w:sz w:val="24"/>
          <w:szCs w:val="24"/>
        </w:rPr>
        <w:t>grupa</w:t>
      </w:r>
      <w:proofErr w:type="spellEnd"/>
      <w:r w:rsidRPr="0030598D">
        <w:rPr>
          <w:b w:val="0"/>
          <w:color w:val="auto"/>
          <w:sz w:val="24"/>
          <w:szCs w:val="24"/>
        </w:rPr>
        <w:t xml:space="preserve"> </w:t>
      </w:r>
      <w:proofErr w:type="spellStart"/>
      <w:r w:rsidRPr="0030598D">
        <w:rPr>
          <w:b w:val="0"/>
          <w:color w:val="auto"/>
          <w:sz w:val="24"/>
          <w:szCs w:val="24"/>
        </w:rPr>
        <w:t>wolontariuszy</w:t>
      </w:r>
      <w:proofErr w:type="spellEnd"/>
      <w:r w:rsidRPr="0030598D">
        <w:rPr>
          <w:b w:val="0"/>
          <w:color w:val="auto"/>
          <w:sz w:val="24"/>
          <w:szCs w:val="24"/>
        </w:rPr>
        <w:t>)</w:t>
      </w:r>
    </w:p>
    <w:p w14:paraId="50F8BF4C" w14:textId="77777777" w:rsidR="0086263F" w:rsidRDefault="0030598D">
      <w:r>
        <w:br/>
        <w:t>............................................................................................................................................</w:t>
      </w:r>
    </w:p>
    <w:p w14:paraId="71CF9A4D" w14:textId="77777777" w:rsidR="0086263F" w:rsidRDefault="0030598D">
      <w:pPr>
        <w:pStyle w:val="Nagwek2"/>
      </w:pPr>
      <w:r>
        <w:t>2. Lider projektu</w:t>
      </w:r>
    </w:p>
    <w:p w14:paraId="445F780E" w14:textId="77777777" w:rsidR="0030598D" w:rsidRDefault="0030598D">
      <w:r>
        <w:t>(</w:t>
      </w:r>
      <w:proofErr w:type="spellStart"/>
      <w:r>
        <w:t>wolontariusz</w:t>
      </w:r>
      <w:proofErr w:type="spellEnd"/>
      <w:r>
        <w:t xml:space="preserve"> z </w:t>
      </w:r>
      <w:proofErr w:type="spellStart"/>
      <w:r>
        <w:t>aktywnym</w:t>
      </w:r>
      <w:proofErr w:type="spellEnd"/>
      <w:r>
        <w:t xml:space="preserve"> </w:t>
      </w:r>
      <w:proofErr w:type="spellStart"/>
      <w:r>
        <w:t>profilem</w:t>
      </w:r>
      <w:proofErr w:type="spellEnd"/>
      <w:r>
        <w:t xml:space="preserve"> w SOW – System </w:t>
      </w:r>
      <w:proofErr w:type="spellStart"/>
      <w:r>
        <w:t>Obsługi</w:t>
      </w:r>
      <w:proofErr w:type="spellEnd"/>
      <w:r>
        <w:t xml:space="preserve"> </w:t>
      </w:r>
      <w:proofErr w:type="spellStart"/>
      <w:r>
        <w:t>Wolontariatu</w:t>
      </w:r>
      <w:proofErr w:type="spellEnd"/>
      <w:r>
        <w:t>)</w:t>
      </w:r>
      <w:r>
        <w:br/>
      </w:r>
      <w:proofErr w:type="spellStart"/>
      <w:r>
        <w:t>Imię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nazwisko</w:t>
      </w:r>
      <w:proofErr w:type="spellEnd"/>
      <w:r>
        <w:t>: _______________________________</w:t>
      </w:r>
    </w:p>
    <w:p w14:paraId="1D8D8323" w14:textId="77777777" w:rsidR="0086263F" w:rsidRDefault="0030598D">
      <w:r>
        <w:br/>
      </w:r>
      <w:proofErr w:type="spellStart"/>
      <w:r>
        <w:t>Telefon</w:t>
      </w:r>
      <w:proofErr w:type="spellEnd"/>
      <w:r>
        <w:t xml:space="preserve"> / e-mail: _______________________________</w:t>
      </w:r>
    </w:p>
    <w:p w14:paraId="58EC8538" w14:textId="77777777" w:rsidR="0086263F" w:rsidRDefault="0030598D" w:rsidP="00590BA6">
      <w:pPr>
        <w:pStyle w:val="Nagwek2"/>
      </w:pPr>
      <w:r>
        <w:t>3. Członkowie zesp</w:t>
      </w:r>
      <w:r w:rsidR="00590BA6">
        <w:t xml:space="preserve">ołu wolontariuszy (min. 1 </w:t>
      </w:r>
      <w:proofErr w:type="spellStart"/>
      <w:r w:rsidR="00590BA6">
        <w:t>osoba</w:t>
      </w:r>
      <w:proofErr w:type="spellEnd"/>
      <w:r w:rsidR="00590BA6">
        <w:t>)</w:t>
      </w:r>
    </w:p>
    <w:p w14:paraId="04BF9555" w14:textId="77777777" w:rsidR="0030598D" w:rsidRDefault="0030598D">
      <w:r>
        <w:br/>
      </w:r>
      <w:proofErr w:type="spellStart"/>
      <w:r w:rsidR="00590BA6">
        <w:t>Imię</w:t>
      </w:r>
      <w:proofErr w:type="spellEnd"/>
      <w:r w:rsidR="00590BA6">
        <w:t xml:space="preserve"> </w:t>
      </w:r>
      <w:proofErr w:type="spellStart"/>
      <w:r w:rsidR="00590BA6">
        <w:t>i</w:t>
      </w:r>
      <w:proofErr w:type="spellEnd"/>
      <w:r w:rsidR="00590BA6">
        <w:t xml:space="preserve"> </w:t>
      </w:r>
      <w:proofErr w:type="spellStart"/>
      <w:r w:rsidR="00590BA6">
        <w:t>nazwisko</w:t>
      </w:r>
      <w:proofErr w:type="spellEnd"/>
      <w:r w:rsidR="00590BA6">
        <w:t>: ……………………………………………………</w:t>
      </w:r>
    </w:p>
    <w:p w14:paraId="44D08524" w14:textId="77777777" w:rsidR="0086263F" w:rsidRDefault="00590BA6">
      <w:r>
        <w:br/>
      </w:r>
      <w:proofErr w:type="spellStart"/>
      <w:r>
        <w:t>Telefon</w:t>
      </w:r>
      <w:proofErr w:type="spellEnd"/>
      <w:r>
        <w:t xml:space="preserve"> / e-mail:</w:t>
      </w:r>
      <w:r w:rsidR="0030598D">
        <w:t>.................................................................................</w:t>
      </w:r>
      <w:r w:rsidR="0030598D">
        <w:br/>
      </w:r>
    </w:p>
    <w:p w14:paraId="0E9096D0" w14:textId="77777777" w:rsidR="0086263F" w:rsidRDefault="0030598D">
      <w:pPr>
        <w:pStyle w:val="Nagwek2"/>
      </w:pPr>
      <w:r>
        <w:t>4. Tytuł projektu</w:t>
      </w:r>
    </w:p>
    <w:p w14:paraId="5BF67025" w14:textId="77777777" w:rsidR="0030598D" w:rsidRDefault="0030598D">
      <w:r>
        <w:t>(krótka, zachęcająca nazwa np. „Rodzinne warsztaty piernikowe”)</w:t>
      </w:r>
    </w:p>
    <w:p w14:paraId="18391954" w14:textId="77777777" w:rsidR="0086263F" w:rsidRDefault="0030598D">
      <w:r>
        <w:br/>
        <w:t>............................................................................</w:t>
      </w:r>
      <w:r w:rsidR="00590BA6">
        <w:t>.................................................................................................</w:t>
      </w:r>
      <w:r>
        <w:t>................</w:t>
      </w:r>
    </w:p>
    <w:p w14:paraId="618D75D8" w14:textId="77777777" w:rsidR="0086263F" w:rsidRDefault="0030598D">
      <w:pPr>
        <w:pStyle w:val="Nagwek2"/>
      </w:pPr>
      <w:r>
        <w:t>5. Opis działania</w:t>
      </w:r>
    </w:p>
    <w:p w14:paraId="0AEEC081" w14:textId="77777777" w:rsidR="0086263F" w:rsidRDefault="0030598D">
      <w:r>
        <w:t>(co planujecie zrealizować – krótko opiszcie pomysł i główne działania)</w:t>
      </w:r>
      <w:r>
        <w:br/>
        <w:t>...............................</w:t>
      </w:r>
      <w:r w:rsidR="00590BA6">
        <w:t>...................................................................................................</w:t>
      </w:r>
      <w:r>
        <w:t>.............................................................</w:t>
      </w:r>
      <w:r>
        <w:br/>
      </w:r>
      <w:r>
        <w:br/>
        <w:t>......................................</w:t>
      </w:r>
      <w:r w:rsidR="00590BA6">
        <w:t>..................................................................................................</w:t>
      </w:r>
      <w:r>
        <w:t>......................................................</w:t>
      </w:r>
      <w:r>
        <w:br/>
      </w:r>
    </w:p>
    <w:p w14:paraId="045BD0F6" w14:textId="77777777" w:rsidR="0086263F" w:rsidRDefault="0030598D">
      <w:pPr>
        <w:pStyle w:val="Nagwek2"/>
      </w:pPr>
      <w:r>
        <w:t>6. Uzasadnienie potrzeby</w:t>
      </w:r>
    </w:p>
    <w:p w14:paraId="516C1467" w14:textId="77777777" w:rsidR="0086263F" w:rsidRDefault="0030598D">
      <w:r>
        <w:t>(dla kogo jest projekt, dlaczego to ważne, jaki problem lub potrzebę rozwiązuje?)</w:t>
      </w:r>
    </w:p>
    <w:p w14:paraId="3A57A59C" w14:textId="77777777" w:rsidR="0086263F" w:rsidRDefault="0030598D">
      <w:r>
        <w:br/>
        <w:t>...........................................................</w:t>
      </w:r>
      <w:r w:rsidR="00590BA6">
        <w:t>...................................................................................................</w:t>
      </w:r>
      <w:r>
        <w:t>.................................</w:t>
      </w:r>
      <w:r>
        <w:br/>
      </w:r>
      <w:r>
        <w:lastRenderedPageBreak/>
        <w:br/>
        <w:t>......................................................................</w:t>
      </w:r>
      <w:r w:rsidR="00590BA6">
        <w:t>..........................................................................................</w:t>
      </w:r>
      <w:r>
        <w:t>......................</w:t>
      </w:r>
      <w:r>
        <w:br/>
      </w:r>
    </w:p>
    <w:p w14:paraId="4F79249E" w14:textId="77777777" w:rsidR="0086263F" w:rsidRDefault="0030598D">
      <w:pPr>
        <w:pStyle w:val="Nagwek2"/>
      </w:pPr>
      <w:r>
        <w:t>7. Plan działań i terminy realizacji</w:t>
      </w:r>
    </w:p>
    <w:p w14:paraId="757E9E28" w14:textId="77777777" w:rsidR="0086263F" w:rsidRDefault="0030598D">
      <w:r>
        <w:t>(wypiszcie główne kroki i orientacyjne daty – np. przygotowania, realizacja, podsumowanie)</w:t>
      </w:r>
    </w:p>
    <w:p w14:paraId="15865FCB" w14:textId="77777777" w:rsidR="0086263F" w:rsidRDefault="0030598D">
      <w:r>
        <w:br/>
        <w:t>................................................</w:t>
      </w:r>
      <w:r w:rsidR="00590BA6">
        <w:t>...................................................................................................</w:t>
      </w:r>
      <w:r>
        <w:t>............................................</w:t>
      </w:r>
      <w:r>
        <w:br/>
      </w:r>
      <w:r>
        <w:br/>
        <w:t>...................................................................</w:t>
      </w:r>
      <w:r w:rsidR="00590BA6">
        <w:t>...................................................................................................</w:t>
      </w:r>
      <w:r>
        <w:t>.........................</w:t>
      </w:r>
      <w:r>
        <w:br/>
      </w:r>
    </w:p>
    <w:p w14:paraId="5F159A94" w14:textId="77777777" w:rsidR="0086263F" w:rsidRDefault="0030598D">
      <w:pPr>
        <w:pStyle w:val="Nagwek2"/>
      </w:pPr>
      <w:r>
        <w:t>8. Planowane efekty i rezultaty</w:t>
      </w:r>
    </w:p>
    <w:p w14:paraId="5AD80392" w14:textId="77777777" w:rsidR="0086263F" w:rsidRDefault="0030598D">
      <w:r>
        <w:t>(co się zmieni po realizacji projektu? co osiągną uczestnicy? jakie będą efekty społeczne?)</w:t>
      </w:r>
    </w:p>
    <w:p w14:paraId="2C0DCFC8" w14:textId="77777777" w:rsidR="0086263F" w:rsidRDefault="0030598D">
      <w:r>
        <w:br/>
        <w:t>.................................................................</w:t>
      </w:r>
      <w:r w:rsidR="00590BA6">
        <w:t>...................................................................................................</w:t>
      </w:r>
      <w:r>
        <w:t>...........................</w:t>
      </w:r>
      <w:r>
        <w:br/>
      </w:r>
      <w:r>
        <w:br/>
        <w:t>.........................................</w:t>
      </w:r>
      <w:r w:rsidR="00590BA6">
        <w:t>....................................................................................................</w:t>
      </w:r>
      <w:r>
        <w:t>...................................................</w:t>
      </w:r>
    </w:p>
    <w:p w14:paraId="28E8FA08" w14:textId="77777777" w:rsidR="0086263F" w:rsidRDefault="0030598D">
      <w:pPr>
        <w:pStyle w:val="Nagwek2"/>
      </w:pPr>
      <w:r>
        <w:t xml:space="preserve">9. </w:t>
      </w:r>
      <w:proofErr w:type="spellStart"/>
      <w:r>
        <w:t>Miejsce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projektu</w:t>
      </w:r>
      <w:proofErr w:type="spellEnd"/>
    </w:p>
    <w:p w14:paraId="0CCCDE99" w14:textId="77777777" w:rsidR="0086263F" w:rsidRDefault="0086263F"/>
    <w:p w14:paraId="2A845752" w14:textId="77777777" w:rsidR="0086263F" w:rsidRDefault="00590BA6">
      <w:r>
        <w:t>………………………………………………………………………………………………………………………………………</w:t>
      </w:r>
      <w:r w:rsidR="0030598D">
        <w:br/>
      </w:r>
    </w:p>
    <w:p w14:paraId="3216A00F" w14:textId="77777777" w:rsidR="0086263F" w:rsidRDefault="0030598D">
      <w:pPr>
        <w:pStyle w:val="Nagwek2"/>
      </w:pPr>
      <w:r>
        <w:t xml:space="preserve">10. </w:t>
      </w:r>
      <w:proofErr w:type="spellStart"/>
      <w:r>
        <w:t>Wnioskowana</w:t>
      </w:r>
      <w:proofErr w:type="spellEnd"/>
      <w:r>
        <w:t xml:space="preserve"> </w:t>
      </w:r>
      <w:proofErr w:type="spellStart"/>
      <w:r>
        <w:t>kwota</w:t>
      </w:r>
      <w:proofErr w:type="spellEnd"/>
      <w:r>
        <w:t xml:space="preserve">   (max 1 500 </w:t>
      </w:r>
      <w:proofErr w:type="spellStart"/>
      <w:r>
        <w:t>zł</w:t>
      </w:r>
      <w:proofErr w:type="spellEnd"/>
      <w:r>
        <w:t>)  ………………………………………………</w:t>
      </w:r>
    </w:p>
    <w:p w14:paraId="29072CED" w14:textId="77777777" w:rsidR="0086263F" w:rsidRDefault="0086263F"/>
    <w:p w14:paraId="135352E5" w14:textId="77777777" w:rsidR="0086263F" w:rsidRDefault="0030598D">
      <w:pPr>
        <w:pStyle w:val="Nagwek2"/>
      </w:pPr>
      <w:r>
        <w:t xml:space="preserve">11. </w:t>
      </w:r>
      <w:proofErr w:type="spellStart"/>
      <w:r>
        <w:t>Zestawienie</w:t>
      </w:r>
      <w:proofErr w:type="spellEnd"/>
      <w:r>
        <w:t xml:space="preserve"> </w:t>
      </w:r>
      <w:proofErr w:type="spellStart"/>
      <w:r>
        <w:t>planowanych</w:t>
      </w:r>
      <w:proofErr w:type="spellEnd"/>
      <w:r>
        <w:t xml:space="preserve"> </w:t>
      </w:r>
      <w:proofErr w:type="spellStart"/>
      <w:r>
        <w:t>kosztów</w:t>
      </w:r>
      <w:proofErr w:type="spellEnd"/>
    </w:p>
    <w:p w14:paraId="7E9FEA03" w14:textId="77777777" w:rsidR="0086263F" w:rsidRDefault="0030598D">
      <w:r>
        <w:t>(</w:t>
      </w:r>
      <w:proofErr w:type="spellStart"/>
      <w:r>
        <w:t>wpiszcie</w:t>
      </w:r>
      <w:proofErr w:type="spellEnd"/>
      <w:r>
        <w:t xml:space="preserve"> </w:t>
      </w:r>
      <w:proofErr w:type="spellStart"/>
      <w:r>
        <w:t>planowane</w:t>
      </w:r>
      <w:proofErr w:type="spellEnd"/>
      <w:r>
        <w:t xml:space="preserve"> </w:t>
      </w:r>
      <w:proofErr w:type="spellStart"/>
      <w:r>
        <w:t>wydatki</w:t>
      </w:r>
      <w:proofErr w:type="spellEnd"/>
      <w:r>
        <w:t xml:space="preserve"> – </w:t>
      </w:r>
      <w:proofErr w:type="spellStart"/>
      <w:r>
        <w:t>kwoty</w:t>
      </w:r>
      <w:proofErr w:type="spellEnd"/>
      <w:r>
        <w:t xml:space="preserve"> </w:t>
      </w:r>
      <w:proofErr w:type="spellStart"/>
      <w:r>
        <w:t>orientacyjne</w:t>
      </w:r>
      <w:proofErr w:type="spellEnd"/>
      <w:r>
        <w:t>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692"/>
        <w:gridCol w:w="3239"/>
        <w:gridCol w:w="1044"/>
        <w:gridCol w:w="1665"/>
      </w:tblGrid>
      <w:tr w:rsidR="0086263F" w14:paraId="616C5107" w14:textId="77777777" w:rsidTr="00590BA6">
        <w:tc>
          <w:tcPr>
            <w:tcW w:w="2880" w:type="dxa"/>
          </w:tcPr>
          <w:p w14:paraId="57E17896" w14:textId="77777777" w:rsidR="0086263F" w:rsidRDefault="0030598D">
            <w:proofErr w:type="spellStart"/>
            <w:r>
              <w:t>Kategoria</w:t>
            </w:r>
            <w:proofErr w:type="spellEnd"/>
            <w:r>
              <w:t xml:space="preserve"> </w:t>
            </w:r>
            <w:proofErr w:type="spellStart"/>
            <w:r>
              <w:t>kosztu</w:t>
            </w:r>
            <w:proofErr w:type="spellEnd"/>
          </w:p>
        </w:tc>
        <w:tc>
          <w:tcPr>
            <w:tcW w:w="4032" w:type="dxa"/>
            <w:gridSpan w:val="2"/>
          </w:tcPr>
          <w:p w14:paraId="7FDC0A4D" w14:textId="77777777" w:rsidR="0086263F" w:rsidRDefault="00590BA6">
            <w:proofErr w:type="spellStart"/>
            <w:r>
              <w:t>Opis</w:t>
            </w:r>
            <w:proofErr w:type="spellEnd"/>
            <w:r>
              <w:t xml:space="preserve"> / </w:t>
            </w:r>
            <w:proofErr w:type="spellStart"/>
            <w:r>
              <w:t>przeznaczenie</w:t>
            </w:r>
            <w:proofErr w:type="spellEnd"/>
            <w:r>
              <w:t xml:space="preserve"> (</w:t>
            </w:r>
            <w:proofErr w:type="spellStart"/>
            <w:r>
              <w:t>na</w:t>
            </w:r>
            <w:proofErr w:type="spellEnd"/>
            <w:r>
              <w:t xml:space="preserve"> co </w:t>
            </w:r>
            <w:proofErr w:type="spellStart"/>
            <w:r w:rsidR="0030598D">
              <w:t>zostaną</w:t>
            </w:r>
            <w:proofErr w:type="spellEnd"/>
            <w:r w:rsidR="0030598D">
              <w:t xml:space="preserve"> </w:t>
            </w:r>
            <w:proofErr w:type="spellStart"/>
            <w:r w:rsidR="0030598D">
              <w:t>wydane</w:t>
            </w:r>
            <w:proofErr w:type="spellEnd"/>
            <w:r w:rsidR="0030598D">
              <w:t xml:space="preserve"> </w:t>
            </w:r>
            <w:proofErr w:type="spellStart"/>
            <w:r w:rsidR="0030598D">
              <w:t>środki</w:t>
            </w:r>
            <w:proofErr w:type="spellEnd"/>
            <w:r w:rsidR="0030598D">
              <w:t>)</w:t>
            </w:r>
          </w:p>
        </w:tc>
        <w:tc>
          <w:tcPr>
            <w:tcW w:w="1728" w:type="dxa"/>
          </w:tcPr>
          <w:p w14:paraId="378416D2" w14:textId="77777777" w:rsidR="0086263F" w:rsidRDefault="0030598D">
            <w:proofErr w:type="spellStart"/>
            <w:r>
              <w:t>Kwota</w:t>
            </w:r>
            <w:proofErr w:type="spellEnd"/>
            <w:r>
              <w:t xml:space="preserve"> (</w:t>
            </w:r>
            <w:proofErr w:type="spellStart"/>
            <w:r>
              <w:t>zł</w:t>
            </w:r>
            <w:proofErr w:type="spellEnd"/>
            <w:r>
              <w:t>)</w:t>
            </w:r>
          </w:p>
        </w:tc>
      </w:tr>
      <w:tr w:rsidR="0086263F" w14:paraId="3A291911" w14:textId="77777777">
        <w:tc>
          <w:tcPr>
            <w:tcW w:w="2880" w:type="dxa"/>
          </w:tcPr>
          <w:p w14:paraId="136D521C" w14:textId="77777777" w:rsidR="0086263F" w:rsidRDefault="0030598D">
            <w:r>
              <w:t>Materiały i drobne zakupy</w:t>
            </w:r>
          </w:p>
        </w:tc>
        <w:tc>
          <w:tcPr>
            <w:tcW w:w="2880" w:type="dxa"/>
          </w:tcPr>
          <w:p w14:paraId="63F3CA78" w14:textId="77777777" w:rsidR="0086263F" w:rsidRDefault="00590BA6">
            <w:r>
              <w:t>………………………………………………</w:t>
            </w:r>
          </w:p>
        </w:tc>
        <w:tc>
          <w:tcPr>
            <w:tcW w:w="2880" w:type="dxa"/>
            <w:gridSpan w:val="2"/>
          </w:tcPr>
          <w:p w14:paraId="1AAB56AE" w14:textId="77777777" w:rsidR="0086263F" w:rsidRDefault="00590BA6">
            <w:r>
              <w:t xml:space="preserve">                          ……………..……</w:t>
            </w:r>
          </w:p>
        </w:tc>
      </w:tr>
      <w:tr w:rsidR="0086263F" w14:paraId="1598C6C1" w14:textId="77777777">
        <w:tc>
          <w:tcPr>
            <w:tcW w:w="2880" w:type="dxa"/>
          </w:tcPr>
          <w:p w14:paraId="55B3826F" w14:textId="77777777" w:rsidR="0086263F" w:rsidRDefault="0030598D">
            <w:r>
              <w:t>Promocja i informacja o projekcie</w:t>
            </w:r>
          </w:p>
        </w:tc>
        <w:tc>
          <w:tcPr>
            <w:tcW w:w="2880" w:type="dxa"/>
          </w:tcPr>
          <w:p w14:paraId="629FAD52" w14:textId="77777777" w:rsidR="0086263F" w:rsidRDefault="00590BA6">
            <w:r>
              <w:t>……………………………………………….</w:t>
            </w:r>
          </w:p>
        </w:tc>
        <w:tc>
          <w:tcPr>
            <w:tcW w:w="2880" w:type="dxa"/>
            <w:gridSpan w:val="2"/>
          </w:tcPr>
          <w:p w14:paraId="22C90A31" w14:textId="77777777" w:rsidR="0086263F" w:rsidRDefault="00590BA6">
            <w:r>
              <w:t xml:space="preserve">                          …………..………</w:t>
            </w:r>
          </w:p>
        </w:tc>
      </w:tr>
      <w:tr w:rsidR="0086263F" w14:paraId="71AF601E" w14:textId="77777777">
        <w:tc>
          <w:tcPr>
            <w:tcW w:w="2880" w:type="dxa"/>
          </w:tcPr>
          <w:p w14:paraId="210DA27F" w14:textId="77777777" w:rsidR="0086263F" w:rsidRDefault="00590BA6">
            <w:proofErr w:type="spellStart"/>
            <w:r>
              <w:lastRenderedPageBreak/>
              <w:t>Wynajem</w:t>
            </w:r>
            <w:proofErr w:type="spellEnd"/>
            <w:r>
              <w:t xml:space="preserve"> /</w:t>
            </w:r>
            <w:r w:rsidR="0030598D">
              <w:t xml:space="preserve"> </w:t>
            </w:r>
            <w:proofErr w:type="spellStart"/>
            <w:r w:rsidR="0030598D">
              <w:t>poczęstunek</w:t>
            </w:r>
            <w:proofErr w:type="spellEnd"/>
          </w:p>
        </w:tc>
        <w:tc>
          <w:tcPr>
            <w:tcW w:w="2880" w:type="dxa"/>
          </w:tcPr>
          <w:p w14:paraId="231FA773" w14:textId="77777777" w:rsidR="0086263F" w:rsidRDefault="00590BA6">
            <w:r>
              <w:t>…………………………………………….</w:t>
            </w:r>
          </w:p>
        </w:tc>
        <w:tc>
          <w:tcPr>
            <w:tcW w:w="2880" w:type="dxa"/>
            <w:gridSpan w:val="2"/>
          </w:tcPr>
          <w:p w14:paraId="10679AEE" w14:textId="77777777" w:rsidR="0086263F" w:rsidRDefault="00590BA6">
            <w:r>
              <w:t xml:space="preserve">                          ………………......</w:t>
            </w:r>
          </w:p>
        </w:tc>
      </w:tr>
      <w:tr w:rsidR="0086263F" w14:paraId="63E38CFD" w14:textId="77777777">
        <w:tc>
          <w:tcPr>
            <w:tcW w:w="2880" w:type="dxa"/>
          </w:tcPr>
          <w:p w14:paraId="70075FEC" w14:textId="77777777" w:rsidR="0086263F" w:rsidRDefault="0030598D">
            <w:r>
              <w:t>Inne uzasadnione wydatki</w:t>
            </w:r>
          </w:p>
        </w:tc>
        <w:tc>
          <w:tcPr>
            <w:tcW w:w="2880" w:type="dxa"/>
          </w:tcPr>
          <w:p w14:paraId="65F7D8D8" w14:textId="77777777" w:rsidR="0086263F" w:rsidRDefault="00590BA6">
            <w:r>
              <w:t>……………………………………………….</w:t>
            </w:r>
          </w:p>
        </w:tc>
        <w:tc>
          <w:tcPr>
            <w:tcW w:w="2880" w:type="dxa"/>
            <w:gridSpan w:val="2"/>
          </w:tcPr>
          <w:p w14:paraId="7046B6E6" w14:textId="77777777" w:rsidR="0086263F" w:rsidRDefault="00590BA6">
            <w:r>
              <w:t xml:space="preserve">                          ……………………</w:t>
            </w:r>
          </w:p>
        </w:tc>
      </w:tr>
      <w:tr w:rsidR="0086263F" w14:paraId="06B8D251" w14:textId="77777777">
        <w:tc>
          <w:tcPr>
            <w:tcW w:w="2880" w:type="dxa"/>
          </w:tcPr>
          <w:p w14:paraId="2BA4B46E" w14:textId="77777777" w:rsidR="0086263F" w:rsidRDefault="0030598D">
            <w:r>
              <w:t>Razem</w:t>
            </w:r>
          </w:p>
        </w:tc>
        <w:tc>
          <w:tcPr>
            <w:tcW w:w="2880" w:type="dxa"/>
          </w:tcPr>
          <w:p w14:paraId="68AAB6BA" w14:textId="77777777" w:rsidR="0086263F" w:rsidRDefault="0086263F"/>
        </w:tc>
        <w:tc>
          <w:tcPr>
            <w:tcW w:w="2880" w:type="dxa"/>
            <w:gridSpan w:val="2"/>
          </w:tcPr>
          <w:p w14:paraId="7830E472" w14:textId="77777777" w:rsidR="0086263F" w:rsidRDefault="00590BA6">
            <w:r>
              <w:t xml:space="preserve">                          ……………………</w:t>
            </w:r>
          </w:p>
        </w:tc>
      </w:tr>
    </w:tbl>
    <w:p w14:paraId="7B692C4A" w14:textId="77777777" w:rsidR="0086263F" w:rsidRDefault="0030598D">
      <w:pPr>
        <w:pStyle w:val="Nagwek2"/>
      </w:pPr>
      <w:r>
        <w:t>12. Dodatkowe informacje (opcjonalnie)</w:t>
      </w:r>
    </w:p>
    <w:p w14:paraId="0CD4FBF0" w14:textId="77777777" w:rsidR="0086263F" w:rsidRDefault="0030598D">
      <w:r>
        <w:t>(np. wsparcie partnerów, plan promocji, szczególne potrzeby organizacyjne)</w:t>
      </w:r>
    </w:p>
    <w:p w14:paraId="61D1CCC6" w14:textId="77777777" w:rsidR="0086263F" w:rsidRDefault="0030598D">
      <w:r>
        <w:br/>
        <w:t>..............................................................................</w:t>
      </w:r>
      <w:r w:rsidR="00590BA6">
        <w:t>........................................................................................</w:t>
      </w:r>
      <w:r>
        <w:t>..............</w:t>
      </w:r>
      <w:r>
        <w:br/>
      </w:r>
      <w:r>
        <w:br/>
        <w:t>........................................................</w:t>
      </w:r>
      <w:r w:rsidR="00590BA6">
        <w:t>........................................................................................</w:t>
      </w:r>
      <w:r>
        <w:t>....................................</w:t>
      </w:r>
      <w:r>
        <w:br/>
      </w:r>
    </w:p>
    <w:p w14:paraId="48A9B6AC" w14:textId="77777777" w:rsidR="0086263F" w:rsidRDefault="0030598D">
      <w:pPr>
        <w:pStyle w:val="Nagwek2"/>
      </w:pPr>
      <w:r>
        <w:t>13. Oświadczenie wnioskodawcy</w:t>
      </w:r>
    </w:p>
    <w:p w14:paraId="31D1D028" w14:textId="77777777" w:rsidR="0086263F" w:rsidRDefault="0030598D">
      <w:r>
        <w:t>Oświadczam, że zapoznałem/am się z Regulaminem konkursu na minigranty wolontariackie „Radość dawania” i akceptuję jego postanowienia. Zobowiązuję się do realizacji projektu zgodnie z opisem, zasadami wolontariatu rodzinnego i misją ZDR „Trzy Plus”.</w:t>
      </w:r>
      <w:r>
        <w:br/>
      </w:r>
      <w:r>
        <w:br/>
        <w:t>....................................</w:t>
      </w:r>
      <w:r w:rsidR="00590BA6">
        <w:t>................................</w:t>
      </w:r>
      <w:r>
        <w:t>...................</w:t>
      </w:r>
      <w:r>
        <w:br/>
        <w:t>Data i podpis wnioskodawcy (lidera projektu)</w:t>
      </w:r>
    </w:p>
    <w:sectPr w:rsidR="0086263F" w:rsidSect="0030598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993" w:right="1800" w:bottom="851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DD2178" w14:textId="77777777" w:rsidR="00AE02C4" w:rsidRDefault="00AE02C4" w:rsidP="00795442">
      <w:pPr>
        <w:spacing w:after="0" w:line="240" w:lineRule="auto"/>
      </w:pPr>
      <w:r>
        <w:separator/>
      </w:r>
    </w:p>
  </w:endnote>
  <w:endnote w:type="continuationSeparator" w:id="0">
    <w:p w14:paraId="0C04C858" w14:textId="77777777" w:rsidR="00AE02C4" w:rsidRDefault="00AE02C4" w:rsidP="007954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0D538B" w14:textId="77777777" w:rsidR="00366E91" w:rsidRDefault="00366E9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AE5902" w14:textId="779E5EA4" w:rsidR="00795442" w:rsidRPr="00C82387" w:rsidRDefault="00C82387">
    <w:pPr>
      <w:pStyle w:val="Stopka"/>
      <w:rPr>
        <w:sz w:val="20"/>
        <w:szCs w:val="20"/>
      </w:rPr>
    </w:pPr>
    <w:proofErr w:type="spellStart"/>
    <w:r w:rsidRPr="00C82387">
      <w:rPr>
        <w:sz w:val="20"/>
        <w:szCs w:val="20"/>
      </w:rPr>
      <w:t>Projekt</w:t>
    </w:r>
    <w:proofErr w:type="spellEnd"/>
    <w:r w:rsidRPr="00C82387">
      <w:rPr>
        <w:sz w:val="20"/>
        <w:szCs w:val="20"/>
      </w:rPr>
      <w:t xml:space="preserve"> “</w:t>
    </w:r>
    <w:proofErr w:type="spellStart"/>
    <w:r w:rsidRPr="00C82387">
      <w:rPr>
        <w:sz w:val="20"/>
        <w:szCs w:val="20"/>
      </w:rPr>
      <w:t>Radość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Dawania</w:t>
    </w:r>
    <w:proofErr w:type="spellEnd"/>
    <w:r w:rsidRPr="00C82387">
      <w:rPr>
        <w:sz w:val="20"/>
        <w:szCs w:val="20"/>
      </w:rPr>
      <w:t xml:space="preserve">” </w:t>
    </w:r>
    <w:proofErr w:type="spellStart"/>
    <w:r w:rsidRPr="00C82387">
      <w:rPr>
        <w:sz w:val="20"/>
        <w:szCs w:val="20"/>
      </w:rPr>
      <w:t>sfinansowany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przez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Narodowy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Instytut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Wolności</w:t>
    </w:r>
    <w:proofErr w:type="spellEnd"/>
    <w:r w:rsidRPr="00C82387">
      <w:rPr>
        <w:sz w:val="20"/>
        <w:szCs w:val="20"/>
      </w:rPr>
      <w:t xml:space="preserve"> – Centrum </w:t>
    </w:r>
    <w:proofErr w:type="spellStart"/>
    <w:r w:rsidRPr="00C82387">
      <w:rPr>
        <w:sz w:val="20"/>
        <w:szCs w:val="20"/>
      </w:rPr>
      <w:t>Rozwoju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Społeczeństwa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Obywatelskiego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ze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środków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programu</w:t>
    </w:r>
    <w:proofErr w:type="spellEnd"/>
    <w:r w:rsidRPr="00C82387">
      <w:rPr>
        <w:sz w:val="20"/>
        <w:szCs w:val="20"/>
      </w:rPr>
      <w:t xml:space="preserve"> „</w:t>
    </w:r>
    <w:proofErr w:type="spellStart"/>
    <w:r w:rsidRPr="00C82387">
      <w:rPr>
        <w:sz w:val="20"/>
        <w:szCs w:val="20"/>
      </w:rPr>
      <w:t>Korpus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Solidarności</w:t>
    </w:r>
    <w:proofErr w:type="spellEnd"/>
    <w:r w:rsidRPr="00C82387">
      <w:rPr>
        <w:sz w:val="20"/>
        <w:szCs w:val="20"/>
      </w:rPr>
      <w:t xml:space="preserve"> – </w:t>
    </w:r>
    <w:proofErr w:type="spellStart"/>
    <w:r w:rsidRPr="00C82387">
      <w:rPr>
        <w:sz w:val="20"/>
        <w:szCs w:val="20"/>
      </w:rPr>
      <w:t>Rządowy</w:t>
    </w:r>
    <w:proofErr w:type="spellEnd"/>
    <w:r w:rsidRPr="00C82387">
      <w:rPr>
        <w:sz w:val="20"/>
        <w:szCs w:val="20"/>
      </w:rPr>
      <w:t xml:space="preserve"> Program </w:t>
    </w:r>
    <w:proofErr w:type="spellStart"/>
    <w:r w:rsidRPr="00C82387">
      <w:rPr>
        <w:sz w:val="20"/>
        <w:szCs w:val="20"/>
      </w:rPr>
      <w:t>Wspierania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i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Rozwoju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Wolontariatu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Systematycznego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na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lata</w:t>
    </w:r>
    <w:proofErr w:type="spellEnd"/>
    <w:r w:rsidRPr="00C82387">
      <w:rPr>
        <w:sz w:val="20"/>
        <w:szCs w:val="20"/>
      </w:rPr>
      <w:t xml:space="preserve"> 2028 – 2030".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F50484" w14:textId="77777777" w:rsidR="00366E91" w:rsidRDefault="00366E9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98EC45" w14:textId="77777777" w:rsidR="00AE02C4" w:rsidRDefault="00AE02C4" w:rsidP="00795442">
      <w:pPr>
        <w:spacing w:after="0" w:line="240" w:lineRule="auto"/>
      </w:pPr>
      <w:r>
        <w:separator/>
      </w:r>
    </w:p>
  </w:footnote>
  <w:footnote w:type="continuationSeparator" w:id="0">
    <w:p w14:paraId="3AA4CD7C" w14:textId="77777777" w:rsidR="00AE02C4" w:rsidRDefault="00AE02C4" w:rsidP="007954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04034E" w14:textId="77777777" w:rsidR="00366E91" w:rsidRDefault="00366E9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0A2F0D" w14:textId="537D0F88" w:rsidR="00795442" w:rsidRDefault="00366E91">
    <w:pPr>
      <w:pStyle w:val="Nagwek"/>
    </w:pPr>
    <w:r>
      <w:rPr>
        <w:noProof/>
        <w:lang w:val="pl-PL" w:eastAsia="pl-PL"/>
      </w:rPr>
      <w:drawing>
        <wp:inline distT="0" distB="0" distL="0" distR="0" wp14:anchorId="739E00E8" wp14:editId="35C14B93">
          <wp:extent cx="5772978" cy="647700"/>
          <wp:effectExtent l="0" t="0" r="0" b="0"/>
          <wp:docPr id="33679249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82522" cy="6487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EA214B" w14:textId="77777777" w:rsidR="00366E91" w:rsidRDefault="00366E9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35B77"/>
    <w:rsid w:val="0029639D"/>
    <w:rsid w:val="0030598D"/>
    <w:rsid w:val="00326F90"/>
    <w:rsid w:val="00366E91"/>
    <w:rsid w:val="004247F7"/>
    <w:rsid w:val="00590BA6"/>
    <w:rsid w:val="00795442"/>
    <w:rsid w:val="0086263F"/>
    <w:rsid w:val="00AA1D8D"/>
    <w:rsid w:val="00AE02C4"/>
    <w:rsid w:val="00B47730"/>
    <w:rsid w:val="00C82387"/>
    <w:rsid w:val="00C97893"/>
    <w:rsid w:val="00CB0664"/>
    <w:rsid w:val="00F50D82"/>
    <w:rsid w:val="00F51E3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58C4F6F"/>
  <w14:defaultImageDpi w14:val="300"/>
  <w15:docId w15:val="{DAB556E2-4B99-4C65-BBDD-1F002CEB4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tabs>
        <w:tab w:val="clear" w:pos="720"/>
        <w:tab w:val="num" w:pos="360"/>
      </w:tabs>
      <w:ind w:left="0" w:firstLine="0"/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801BDE9-8412-4C0E-95B1-A286C5A79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651</Words>
  <Characters>3912</Characters>
  <Application>Microsoft Office Word</Application>
  <DocSecurity>0</DocSecurity>
  <Lines>32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4554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Ela</cp:lastModifiedBy>
  <cp:revision>2</cp:revision>
  <dcterms:created xsi:type="dcterms:W3CDTF">2025-11-06T11:00:00Z</dcterms:created>
  <dcterms:modified xsi:type="dcterms:W3CDTF">2025-11-06T11:00:00Z</dcterms:modified>
  <cp:category/>
</cp:coreProperties>
</file>